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Beáta ve Zvonkové pro klienty a blízké</w:t>
      </w:r>
    </w:p>
    <w:p>
      <w:r>
        <w:t>Návrh k projednání před zavedením Beáty do domova</w:t>
      </w:r>
    </w:p>
    <w:p>
      <w:r>
        <w:t>Vážené klientky, vážení klienti,</w:t>
        <w:br/>
        <w:t>vážení rodinní příslušníci,</w:t>
      </w:r>
    </w:p>
    <w:p>
      <w:r>
        <w:t>rádi bychom vás krátce informovali o malé novince. U některých lůžek bude umístěno zařízení Beáta. Je připevněné zespodu na rámu lůžka a pomáhá nám lépe porozumět průběhu péče a podmínkám v pokoji během dne i noci.</w:t>
      </w:r>
    </w:p>
    <w:p>
      <w:r>
        <w:t>Zařízení nemá kameru a nenahrává rozhovory ani obraz. Pracuje s číselnými údaji, například o pohybu lůžka, délce úseků péče, teplotě, vlhkosti a hladině hluku.</w:t>
      </w:r>
    </w:p>
    <w:p>
      <w:r>
        <w:t>Tyto údaje jsou pro nás především podkladem k rozhovoru o tom, co se daří a kde lze péči nebo prostředí ještě lépe přizpůsobit konkrétnímu člověku. Beáta je pomůcka, která nenahrazuje osobní péči ani přání a potřeby klienta.</w:t>
      </w:r>
    </w:p>
    <w:p>
      <w:r>
        <w:t>Pokud by vás cokoli zajímalo, rádi vám zařízení ukážeme a vše vysvětlíme. Děkujeme vám za důvěru.</w:t>
      </w:r>
    </w:p>
    <w:p>
      <w:r>
        <w:t>S úctou</w:t>
        <w:br/>
        <w:t>vedení domova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24000" cy="46955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rcadlo-pe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46955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